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00" w:line="288" w:lineRule="auto"/>
        <w:jc w:val="center"/>
      </w:pPr>
      <w:r>
        <w:rPr>
          <w:rFonts w:ascii="宋体" w:hAnsi="宋体" w:eastAsia="宋体" w:cs="宋体"/>
          <w:b/>
          <w:color w:val="141B26"/>
          <w:spacing w:val="120"/>
          <w:sz w:val="56"/>
        </w:rPr>
        <w:t>鲸族</w:t>
      </w:r>
    </w:p>
    <w:p>
      <w:pPr>
        <w:pBdr>
          <w:bottom w:val="single" w:sz="6" w:space="10" w:color="C9D6E3"/>
        </w:pBdr>
        <w:spacing w:before="0" w:after="520" w:line="288" w:lineRule="auto"/>
        <w:jc w:val="center"/>
      </w:pPr>
      <w:r>
        <w:rPr>
          <w:rFonts w:ascii="宋体" w:hAnsi="宋体" w:eastAsia="宋体" w:cs="宋体"/>
          <w:b w:val="0"/>
          <w:color w:val="5A646E"/>
          <w:sz w:val="30"/>
        </w:rPr>
        <w:t>第一章 一锅炖不下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天地初开的时候，海是浅的，天是咸的。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那时候海面上还没有岛，只有一条鲸。她叫汐汐，蓝发，发尾微卷，耳朵是鲸的形状，一侧别着蓝色小蝴蝶结。她游了几万年，没遇到第二个人，就把自己变成了人形，坐在浪尖上啃一条烤鱼。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后来人族和龙族都来了。龙族说这片海是他们家祖坟，人族说海里的咸是他们的眼泪。汐汐听了一会儿，把鱼骨头往海里一扔。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“你们吵什么？”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“你谁啊？”龙族的少爷骑在浪上，气势很足。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“鲸族。”汐汐想了想，又补了一句，“鲸族的鲸傲天。”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这两个字后来传遍了整片海。传说鲸傲天不通人情、不讲道理、脾气大得能把海掀过来，说杀就杀，说笑就笑。其实她只是烦，烦别人管她叫“资源”，烦龙族把她当成用来炖汤的食材。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那天龙族开宴，说要用鲸鱼翅做全海第一道菜。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摆上桌的时候，一锅炖不下。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“分两锅。”龙族的大长老说。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“再来两个烧烤架。”二长老说，“一个孜然，一个麻辣。”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消息传到汐汐耳朵里的时候，她正在沉海睡觉，一尾尾巴蜷在珊瑚堆里，像一只安静的猫。她睁眼，蓝色的瞳孔里浮起一层光。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“谁说的？”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没人敢答。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她浮上来，一路没人敢拦。龙宫的大门是够高了，可她一甩尾巴，整座门就顺着浪滑走了。宴席上的人齐齐往后仰，龙族大长老的筷子停在半空。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“孜然的？”她问。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“是……是。”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“那就孜然。”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她坐下了。没有人敢动。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她伸手，把桌上那锅端起来，一口喝完。汤汁顺着下巴流，她抹了一把，说：“翅是我身上最不值钱的东西，你们想要，我给你们，炖得好的话我还能教你们几手。”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没有人笑。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她站起来，从桌上把那个最大的烧烤架端走：“这个我要了，回去烤鱼用。”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然后她走了，尾巴在水面上划出一道白线，把整片海分成两半，好几天才合上。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后来人族和龙族签了条约，条约第一条写着：凡涉及汐汐的一切，需本人同意。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第二条写着：孜然优先。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那天开始，海面上就多了一个规矩——别把谁安排上桌，尤其是没问过她。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可谁也没想到，这些只是开端。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第二十年，汐汐在北海边的礁石上遇到一个人，那人问她：“你为什么偏要叫鲸傲天？”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她说：“因为别人决定我是什么的时候，我得先自己定一个。”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她低头看自己尾巴上的鳞，蓝得发亮，很值钱，但谁也别想炖了它。</w:t>
      </w:r>
    </w:p>
    <w:p>
      <w:pPr>
        <w:widowControl/>
        <w:spacing w:before="0" w:after="140" w:line="360" w:lineRule="auto"/>
        <w:ind w:firstLine="480" w:firstLineChars="200"/>
        <w:jc w:val="both"/>
      </w:pPr>
      <w:r>
        <w:rPr>
          <w:rFonts w:ascii="宋体" w:hAnsi="宋体" w:eastAsia="宋体" w:cs="宋体"/>
          <w:b w:val="0"/>
          <w:color w:val="1A1A1A"/>
          <w:sz w:val="24"/>
        </w:rPr>
        <w:t>——第一章 完</w:t>
      </w:r>
    </w:p>
    <w:sectPr w:rsidR="00FC693F" w:rsidRPr="0006063C" w:rsidSect="00034616">
      <w:footerReference w:type="default" r:id="rId9"/>
      <w:pgSz w:w="11906" w:h="16838"/>
      <w:pgMar w:top="1531" w:right="1587" w:bottom="1417" w:left="1587" w:header="737" w:footer="79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 w:after="0"/>
      <w:jc w:val="center"/>
    </w:pPr>
    <w:r>
      <w:rPr>
        <w:rFonts w:ascii="宋体" w:hAnsi="宋体" w:eastAsia="宋体" w:cs="宋体"/>
        <w:b w:val="0"/>
        <w:color w:val="5A646E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宋体" w:hAnsi="宋体" w:eastAsia="宋体" w:cs="宋体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 w:cs="宋体"/>
      <w:color w:val="1A1A1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鲸族</dc:title>
  <dc:subject>第一章 一锅炖不下</dc:subject>
  <dc:creator>鲸族</dc:creator>
  <cp:keywords/>
  <dc:description>《鲸族》第一章排版稿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